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סוגי טקסטים: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11 סוגי טקסטים ואת המטרה הייחודית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היכר של כל סוג: מבנה, מילות קישור, זמן וגוף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לשאול את ארבע שאלות הבלש על כל טקסט שקוראים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קצרה המתאימה למטרה של סוג טקסט 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ארבע שאלות בלש: מטרה, מבנה, מילים וגוף – מכירים את השאלות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גוף ופנייה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ארבע שאלות בלש: מטרה, מבנה, מילים וגוף – מכירים את השאלות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המשמעות של השאלה - מי מדבר ולמי פונים.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שאלת המטרה בודקת בשביל מה נכתב הטקסט, לא את אורכו.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ארבע שאלות בלש: מטרה, מבנה, מילים וגוף – מתאימים לכל 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(למסור מידע ולהסביר נושא בלי להביע 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(לשכנע בעמדה בעזרת נימוקים)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(להנחות צעד אחר צעד)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(לצייר תמונה במילים)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(לפנות לנמען מסוים - לבקש, להודות או להתלונן)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ארבע שאלות בלש: מטרה, מבנה, מילים וגוף – משלימים לפי סימני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מכירים את הסוגים: מידעי, טיעוני, סיפורי, הוראות, תיאורי – זיהוי מטרות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למסור מידע ולהסביר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לשכנע את הקוראים בעמדה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הרבה שמות תואר ותיאורי חושים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מכירים את הסוגים: מידעי, טיעוני, סיפורי, הוראות, תיאורי – מבנה וסימני לשון בדוגמאות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פתאום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מכירים את הסוגים: מידעי, טיעוני, סיפורי, הוראות, תיאורי – התאמות וסדר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(הדבורה – מהנדסת קטנה)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(ההפסקה הגדולה – לא בזבוז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(הכתם הכחול)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(מטוס נייר שעף רחוק)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(השוק ביום שישי)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מכירים את הסוגים: מידעי, טיעוני, סיפורי, הוראות, תיאורי – סדר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קפלו את הדף לאורכו לשניים ופתחו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קפלו את שתי הפינות העליונות אל קו האמצע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קפלו שוב את הצדדים אל הקו כך שייווצר חוד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קפלו את הדף לשניים והורידו כל צד ליצירת כנפיים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אחזו מתחת לגוף המטוס ושגרו קדימה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מכירים עוד סוגים: מכתב, כתבה, ביקורת, מודעה, שיר, פוסט – מזהים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לבקש, להודות או להתלונן בפני נמען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לדווח על אירוע: מי, מה, מתי,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להעריך יצירה ולהמליץ עליה או 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לשכנע לפעול מהר: לקנות, להירשם,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לשתף, לעדכן וליצור קשר מהיר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מכירים עוד סוגים: מכתב, כתבה, ביקורת, מודעה, שיר, פוסט – מתאימים סוג לסימן היכר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(יש "לכבוד", "שלום רב" וחתימה)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(יש כותרת וציטוט כמו "...," סיפרה)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 שם יצירה ודירוג (כוכבים))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(יש כותרת גדולה וסימני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(שורות קצרות מסודרות בבתים)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(קצר מאוד, עם סמלונים ותגיות (#))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מכירים עוד סוגים: מכתב, כתבה, ביקורת, מודעה, שיר, פוסט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הציטוט מוסיף אמינות לכתבה ומראה את נקודת המבט האישית של מישהו שהיה באירוע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כותרת גדולה וסימני קריאה; פועל ציווי כמו "הירשמו"; פרטי זמן ומקום (יום חמישי, 17:00, באולם)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המתאר יתרון (למשל: העלילה מותחת ומעניינת) ומשפט המתאר חיסרון (למשל: הסוף מגיע מהר מדי), בלשון מעריכה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מזהים ומסווגים: קוראים טקסט ומחליטים איזה סוג הוא – מכירים סימני היכר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עובדות, מספרים ומונחים)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(יש עמדה ברורה, ומילים כמו ראשית ושנית)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(יש דמויות ועלילה - משהו קורה)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(יש מספרים או נקודות ופעלים בציווי)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(הרבה שמות תואר: אדום, רך, רועש)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(טקסט קצר עם כותרת גדולה וסימני קריאה)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מזהים ומסווגים: קוראים טקסט ומחליטים איזה סוג הוא – קוראים ומזהים את הסוג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הוראות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סיפורי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טקסט תיאורי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טקסט מידעי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מזהים ומסווגים: קוראים טקסט ומחליטים איזה סוג הוא – מסבירים ומנסים בעצמנו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טקסט הוראות - יש פעלים בציווי (ערבבו, אפו) ויש סדר שלבים עם מילים כמו תחילה ואז.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לזהות את המטרה (ללמד, לשכנע, לספר, להנחות) ואת הגוף שאליו פונה הטקסט.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החדר שלי שקט וחמים. יש בו שטיח רך וכחול, וריח נעים של ספרים ישנים.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בונים טקסט: כותבים לפי תבנית ופתיחי משפטים – מזהים פתיחי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(טקסט מידעי)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(טקסט 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(טקסט סיפורי)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(טקסט הוראות)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(טקסט תיאורי)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בונים טקסט: כותבים לפי תבנית ופתיחי משפטים – משלימים פתיח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בתודה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לדעתי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לדוגמה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בונים טקסט: כותבים לפי תבנית ופתיחי משפטים – כותבים לפי תבנית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שמתאימה לסוג הטקסט שנבחר, למשל: "כל מה שרציתם לדעת על מחזור" (מידעי) או "למה כדאי למחזר?" (טיעוני)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פתיחה קצרה שמציגה את הנושא בעזרת אחד הפתיחים הנתונים, בגוף שלישי ובלשון עניינית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 נימוקים הפותחים במילים ראשית/שנית, עם הסבר קצר לכל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שלושה שלבים ממוספרים בסדר הגיוני, עם פעלים בציווי ומילות הקישור הנתונות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מכירים את כל סוגי הטקסטים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טקסט טיעוני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יש מספרים או נקודות לשלבים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שמות תואר ודימויים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מכתב / פנייה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טקסט מידעי מוסר עובדות בלי עמדה, וטקסט טיעוני משכנע בעמדה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טקסט מידעי – למסור מידע ועובדות; מודעה – לשכנע לפעול מהר ולהודיע על אירוע.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טקסט טיעוני, כי המילה 'לדעתי' מביעה עמדה אישית שרוצים לשכנע 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התשובה חופשית: יש לבדוק שמות תואר, תיאורי חושים ואולי דימוי אחד ('כמו...').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רשימה הכוללת לפחות חמישה סוגים עם הסבר קצר ונכון על המטרה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נכון של הסוג על בסיס לפחות שני סימני היכר, לא רק ניחוש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מפגשים: פרק 1-2 במפגש ראשון, פרק 3 בשני, פרקים 4-5 בשלישי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בחמישה הסוגים המרכזיים בפרק 2 ולוותר זמנית על הסוגים הנוספים בפרק 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כתיבת שתי פסקאות בפרק 5 ולבקש השוואה בין שני סוגי טקסט על אותו 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בפעילויות הזיהוי כדי לעודד שיח על סימני ההיכר לפני שכותבים 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סוגי טקסטים: לכל טקסט יש מטרה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לומדים שלכל טקסט יש מטרה. נקרא טקסטים קצרים ונגלה מה הסוג שלהם. נתרגל גם לכתוב טקסט קצר בעצמנו.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הסיבה שבגללה נכתב הטקסט - למשל ללמד, לשכנע או לספר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הטקסט בנוי - פתיחה, אמצע וסיום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 לשון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שעוזרות לזהות את סוג הטקסט, כמו 'לדעתי' או 'תחילה'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מדבר בטקסט - אני, אתה, הוא או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מידעי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שמוסר עובדות ומסביר נושא בלי להביע 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טיעוני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שמנסה לשכנע בעזרת נימוקים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סיפורי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שמספר על דמויות ועלילה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הוראות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שמנחה איך לעשות משהו צעד אחר צעד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טקסט תיאורי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שמצייר תמונה במילים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השוואה בעזרת המילה 'כמו' או 'כאילו'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ארבע שאלות בלש: מטרה, מבנה, מילים וגוף – מכירים את השאלות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שאלה שואלת "בשביל מה נכתב הטקסט?"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ופנייה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שאלה בודקת איך הטקסט בנוי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ופנייה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בודקת מילות קישור וזמן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ופנייה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בודקת מי מדבר 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ופנייה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ארבע שאלות בלש: מטרה, מבנה, מילים וגוף – מכירים את השאלות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ה"גוף ופנייה" בודקת האם הכותב/ת מדבר/ת בגוף ראשון, שני או שלישי.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שאלת ה"מטרה" בודקת כמה מילים יש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ארבע שאלות בלש: מטרה, מבנה, מילים וגוף – מתאימים לכל 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לשכנע בעמדה בעזרת נימוקים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לצייר תמונה במילים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למסור מידע ולהסביר נושא בלי להביע 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תיאורי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לפנות לנמען מסוים - לבקש, להודות או להתלונן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/ פנייה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להנחות צעד אחר צעד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ארבע שאלות בלש: מטרה, מבנה, מילים וגוף – משלימים לפי סימני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בטקסט סיפורי הזמן הדקדוקי הנפוץ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מידעי הגוף הנפוץ הוא גוף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הוראות הפעלים נכתבים בציווי, כמו "קחו" ו"__________"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בטקסט טיעוני יש מילת קישור שמציגה טענת נגד: "אמנם...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מכירים את הסוגים: מידעי, טיעוני, סיפורי, הוראות, תיאורי – זיהוי מטרות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טקסט מידעי?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ולהסביר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סיפור עם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לפרסם מוצר ולמכור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נכתב טקסט 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מקום או 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את הקוראים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צעד אחר צעד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מזהים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שמות תואר ותיאורי 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מספור שלבים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נימוקים ממוספרים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וכותרת משנה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מכירים את הסוגים: מידעי, טיעוני, סיפורי, הוראות, תיאורי – מבנה וסימני לשון בדוגמאות 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בדוגמה "הדבורה – מהנדסת קטנה" הדבורים בונות את חלות הדבש בצורת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בטקסט על ההפסקה הארוכה מופיע הצירוף "אמנם... __________" כדי להתמודד עם טענת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 "הכתם הכחול" מופיעה המילה "__________" שמסמנת תחילת אירוע פתאומי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מכירים את הסוגים: מידעי, טיעוני, סיפורי, הוראות, תיאורי – התאמות וסדר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ההפסקה הגדולה – לא בזבוז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השוק ביום שישי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מטוס נייר שעף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הוראות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הדבורה – מהנדסת קטנה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תיאורי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הכתם הכחול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מכירים את הסוגים: מידעי, טיעוני, סיפורי, הוראות, תיאורי – סדר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אחזו מתחת לגוף המטוס ושגרו קדימה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שוב את הצדדים אל הקו כך שייווצר חוד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שתי הפינות העליונות אל קו האמצע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הדף לאורכו לשניים ופתחו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קפלו את הדף לשניים והורידו כל צד ליצירת כנפיים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מכירים עוד סוגים: מכתב, כתבה, ביקורת, מודעה, שיר, פוסט – מזהים מטרה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בשביל מה כותבים מכתב?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לבקש, להודות או להתלונן בפני נמען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לתאר נוף בצבעים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חדשות על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למכור מוצר במהירות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בשביל מה כותבים כתבה בעיתון?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לדווח על אירוע: מי, מה, מתי,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לבטא רגש בצורה אמנותית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להנחות איך להכין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בבקשה אישית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בשביל מה כותבים ביקורת על ספר או 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להעריך יצירה ולהמליץ עליה או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סיפור עם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למסור הוראות שלב אחר שלב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על אירוע חדשותי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בשביל מה כותבים מודעה?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לשכנע לפעול מהר: לקנות, להירשם,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למסור מידע אובייקטיבי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לתאר דמות בפירוט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לדווח חדשות מהעולם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בשביל מה כותבים פוסט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לשתף, לעדכן וליצור קשר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 מתכון מפורט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לנתח יצירה לעומק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לפנות בצורה רשמית מאוד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מכירים עוד סוגים: מכתב, כתבה, ביקורת, מודעה, שיר, פוסט – מתאימים סוג לסימן היכר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מכתב / פנייה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שם יצירה ודירוג (כוכבים)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כתבה עיתונאית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שורות קצרות מסודרות בבתים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ביקורת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יש כותרת וציטוט כמו "...," סיפרה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מודעה /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קצר מאוד, עם סמלונים ותגיות (#)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כותרת גדולה וסימני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פוסט דיגיטלי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יש "לכבוד", "שלום רב" וחתימה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מכירים עוד סוגים: מכתב, כתבה, ביקורת, מודעה, שיר, פוסט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בכתבה על שתילת העצים מופיע ציטוט של דנה, תלמידת כיתה ח׳. מה תפקיד הציטוט בכתבה עיתונאית?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שוב את המודעה "מחפשים כוכבים!". כתבו שני סימני היכר של מודעה שמופיעים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בביקורת על "המפה שנעלמה" יש גם חוזקה וגם חולשה. כתבו משפט חוזקה ומשפט חולשה בסגנון ביקורת על ספר או סרט שאתם מכירים.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מזהים ומסווגים: קוראים טקסט ומחליטים איזה סוג הוא – מכירים סימני היכר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טקסט מידעי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דמויות ועלילה - משהו קורה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טקסט טיעוני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עובדות, מספרים ומונחים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טקסט סיפורי (נרטיבי)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קצר עם כותרת גדולה וסימני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טקסט הוראות (מדריך/מפעיל)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יש עמדה ברורה, ומילים כמו ראשית ושנית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טקסט תיאורי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יש מספרים או נקודות ופעלים בציווי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מודעה / פרסומת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הרבה שמות תואר: אדום, רך, רועש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מזהים ומסווגים: קוראים טקסט ומחליטים איזה סוג הוא – קוראים ומזהים את הסוג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קראתם?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סוג טקסט קראתם?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סיפורי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/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סוג טקסט קראתם?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מכתב / 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טקסט קראתם?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תיאורי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סוג טקסט קראתם?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 / פרסומת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מזהים ומסווגים: קוראים טקסט ומחליטים איזה סוג הוא – מסבירים ומנסים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"תחילה ערבבו קמח וביצים, ואז אפו 20 דקות." מהו סוג הטקסט? ציינו שני סימני היכר שמוכיחים זאת.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קטע מהתרגיל הקודם והסבירו: מה הייתה מטרת הכותב/ת, ולמי הוא/היא פנה/תה?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2-3 משפטים בסוג 'טקסט תיאורי' על מקום אהוב עליכם, והשתמשו בלפחות שני שמות תואר.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בונים טקסט: כותבים לפי תבנית ופתיחי משפטים – מזהים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לדוגמה,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טקסט סיפורי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לדעתי,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תיאורי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אחד,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טקסט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תחילה,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טקסט מידעי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מימין... משמאל...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טקסט טיעוני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בונים טקסט: כותבים לפי תבנית ופתיחי משפטים – משלימים פתיח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במתכון כתוב: "__________ ערבבו את הקמח עם הסוכר."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במכתב תודה מסיימים במילים: "__________," ואז חותמים.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בטקסט טיעוני אפשר לפתוח: "__________, יש להאריך את ההפסקה."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פתיחה לסיפור: "__________, ילד אחד מצא מפה ישנה בעליית הגג."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בטקסט מידעי אפשר להוסיף: "__________, הדבורים בונות תאים בצורת משושה."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בונים טקסט: כותבים לפי תבנית ופתיחי משפטים – כותבים לפי 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סוג טקסט (מידעי, טיעוני או סיפורי) וכתבו כותרת מתאימה לנושא "מחזור אשפה".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פתיחה קצרה לטקסט מידעי בנושא לבחירתכם, והשתמשו באחד הפתיחים: "בטקסט זה נכיר את..." או "האם ידעתם ש...?"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נימוקים לטענה "כדאי לקרוא ספרים", והשתמשו במילים "ראשית" ו"שנית".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שלושה שלבים להכנת כריך טעים, והשתמשו במילים "תחילה", "לאחר מכן", "לבסוף".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מכירים את כל סוגי הטקסטים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טקסט מספר עובדות בלבד?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מודעה /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יש נימוקים כמו 'ראשית' ו'שנית'?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הוראות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טיעוני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מזהים טקסט הוראות?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דימויים וחושים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יש מספרים או נקודות לשלבים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 תגיות #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שאלה שואלת למה כתבו את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מטרה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ופנייה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בולט בלשון של טקסט תיאורי?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פעלים בציווי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שמות תואר ודימויים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ציטוטים של מומחים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מילות קישור כמו 'ראשית'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איפה כותבים 'לכבוד' ו'שלום רב'?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עיתונאית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/ פנייה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מודעה / פרסומת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טקסט דיגיטלי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שונה בין טקסט מידעי לטיעוני?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 מוסר עובדות בלי עמדה, וטקסט טיעוני משכנע בעמדה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טקסט מידעי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טיעוני תמיד כתוב בחרוזים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סוגי טקסטים מהרשימה שלמדנו, וכתבו מטרה אחת לכל אחד מהם.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קראו: 'לדעתי צריך להוסיף זמן למשחק בהפסקה.' באיזה סוג טקסט ייתכן שמשפט כזה יופיע? נמקו בעזרת מילה אחת מהמשפט.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פסקה קצרה (3–4 משפטים) שמתארת את הכיתה שלכם, כך שתהיה דוגמה לטקסט תיאורי.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יכול/ה לכתוב בעצמי לפחות חמישה סוגי טקסטים שלמדנו ולהסביר את המטרה של 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לזהות טקסט לא מוכר לפי סימני ההיכר שלו (מבנה, מילים, זמן וגוף)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אני יודע/ת לשאול את ארבע שאלות הבלש על כל טקסט שאני קורא/ת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סוגי טקסטים: לכל טקסט יש מטרה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